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40142" w14:textId="12559A1C" w:rsidR="00307451" w:rsidRDefault="00307451" w:rsidP="00307451">
      <w:pPr>
        <w:pStyle w:val="Title"/>
        <w:jc w:val="center"/>
      </w:pPr>
      <w:r>
        <w:rPr>
          <w:noProof/>
        </w:rPr>
        <w:drawing>
          <wp:inline distT="0" distB="0" distL="0" distR="0" wp14:anchorId="7905CCA1" wp14:editId="6E883FFC">
            <wp:extent cx="1790700" cy="1303020"/>
            <wp:effectExtent l="0" t="0" r="0" b="0"/>
            <wp:docPr id="2" name="Picture 1" descr="AMAL 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MAL PC"/>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90700" cy="1303020"/>
                    </a:xfrm>
                    <a:prstGeom prst="rect">
                      <a:avLst/>
                    </a:prstGeom>
                    <a:noFill/>
                    <a:ln>
                      <a:noFill/>
                    </a:ln>
                  </pic:spPr>
                </pic:pic>
              </a:graphicData>
            </a:graphic>
          </wp:inline>
        </w:drawing>
      </w:r>
    </w:p>
    <w:p w14:paraId="3A4B43C0" w14:textId="77777777" w:rsidR="00307451" w:rsidRDefault="00307451" w:rsidP="00307451">
      <w:pPr>
        <w:pStyle w:val="Title"/>
        <w:jc w:val="center"/>
      </w:pPr>
    </w:p>
    <w:p w14:paraId="65842B4A" w14:textId="6B75CAE5" w:rsidR="00A227EA" w:rsidRDefault="00000000" w:rsidP="00307451">
      <w:pPr>
        <w:pStyle w:val="Title"/>
        <w:jc w:val="center"/>
      </w:pPr>
      <w:r>
        <w:t>AMAL Client Release Forms</w:t>
      </w:r>
    </w:p>
    <w:p w14:paraId="110E37C4" w14:textId="2472374A" w:rsidR="00FB6FD8" w:rsidRDefault="00FB6FD8" w:rsidP="00FB6FD8">
      <w:r>
        <w:t>Thank you for allowing AMAL to support your needs. Before accepting any equipment, please read and acknowledge the following:</w:t>
      </w:r>
    </w:p>
    <w:p w14:paraId="74E31667" w14:textId="28063439" w:rsidR="00A227EA" w:rsidRPr="00FB6FD8" w:rsidRDefault="00000000" w:rsidP="00801029">
      <w:pPr>
        <w:pStyle w:val="Heading1"/>
        <w:jc w:val="center"/>
        <w:rPr>
          <w:sz w:val="32"/>
          <w:szCs w:val="32"/>
        </w:rPr>
      </w:pPr>
      <w:r w:rsidRPr="00FB6FD8">
        <w:rPr>
          <w:sz w:val="32"/>
          <w:szCs w:val="32"/>
        </w:rPr>
        <w:t>AMAL Social Media Release Form</w:t>
      </w:r>
      <w:r w:rsidR="00BC5698" w:rsidRPr="00FB6FD8">
        <w:rPr>
          <w:sz w:val="32"/>
          <w:szCs w:val="32"/>
        </w:rPr>
        <w:t>- Photo &amp; Media Consent</w:t>
      </w:r>
    </w:p>
    <w:p w14:paraId="5FADD8FD" w14:textId="77777777" w:rsidR="00307451" w:rsidRPr="00307451" w:rsidRDefault="00307451" w:rsidP="00307451"/>
    <w:p w14:paraId="1514BA6B" w14:textId="03C04674" w:rsidR="00BC5698" w:rsidRDefault="00BC5698" w:rsidP="00BC5698">
      <w:r>
        <w:t>_______</w:t>
      </w:r>
      <w:r w:rsidR="00FB6FD8">
        <w:t xml:space="preserve">__(Initials) </w:t>
      </w:r>
      <w:r w:rsidRPr="00BC5698">
        <w:t xml:space="preserve">Client Acknowledgment </w:t>
      </w:r>
      <w:r>
        <w:t>of Social Media Consent Form</w:t>
      </w:r>
    </w:p>
    <w:p w14:paraId="46DF70C4" w14:textId="3BE767F1" w:rsidR="00A227EA" w:rsidRDefault="00A227EA"/>
    <w:p w14:paraId="04F5F915" w14:textId="77777777" w:rsidR="00A227EA" w:rsidRDefault="00000000">
      <w:r>
        <w:t>We are proud to share the stories and impact of the work we do with our community. Please review the following media release statement:</w:t>
      </w:r>
    </w:p>
    <w:p w14:paraId="6B6140FD" w14:textId="0A6987FA" w:rsidR="00A227EA" w:rsidRDefault="00000000">
      <w:r>
        <w:t xml:space="preserve">I hereby grant AMAL the right to take and use photographs, videos, or audio recordings of me, or those in my care (e.g., </w:t>
      </w:r>
      <w:r w:rsidR="00BC5698">
        <w:t>clients</w:t>
      </w:r>
      <w:r>
        <w:t>), for use in promotional materials including, but not limited to, social media, newsletters, websites, and other nonprofit-related content.</w:t>
      </w:r>
      <w:r>
        <w:br/>
      </w:r>
      <w:r>
        <w:br/>
        <w:t>I understand that these materials will be used for nonprofit and educational purposes only, and no personal identifying information will be shared without prior consent.</w:t>
      </w:r>
      <w:r>
        <w:br/>
      </w:r>
      <w:r>
        <w:br/>
        <w:t>I waive any right to inspect or approve the finished product or any written or spoken copy that may be used in connection with the images or recordings. I release AMAL from any liability related to the use of such media.</w:t>
      </w:r>
    </w:p>
    <w:p w14:paraId="0D072A1E" w14:textId="77777777" w:rsidR="00A227EA" w:rsidRDefault="00000000">
      <w:r>
        <w:t>By signing below, you acknowledge and agree to the above terms regarding the use of media by AMAL.</w:t>
      </w:r>
    </w:p>
    <w:p w14:paraId="328BAB94" w14:textId="01063B51" w:rsidR="00A227EA" w:rsidRDefault="00000000" w:rsidP="00FB6FD8">
      <w:r>
        <w:br/>
      </w:r>
    </w:p>
    <w:p w14:paraId="0637126A" w14:textId="626CE87E" w:rsidR="00FB6FD8" w:rsidRPr="00FB6FD8" w:rsidRDefault="00FB6FD8" w:rsidP="00801029">
      <w:pPr>
        <w:pStyle w:val="Heading1"/>
        <w:jc w:val="center"/>
        <w:rPr>
          <w:sz w:val="32"/>
          <w:szCs w:val="32"/>
        </w:rPr>
      </w:pPr>
      <w:r w:rsidRPr="00FB6FD8">
        <w:rPr>
          <w:sz w:val="32"/>
          <w:szCs w:val="32"/>
        </w:rPr>
        <w:lastRenderedPageBreak/>
        <w:t>AMAL Medical Equipment Liability Release Form</w:t>
      </w:r>
    </w:p>
    <w:p w14:paraId="09CA284E" w14:textId="77777777" w:rsidR="00FB6FD8" w:rsidRPr="00BC5698" w:rsidRDefault="00FB6FD8" w:rsidP="00FB6FD8"/>
    <w:p w14:paraId="2B78E9DD" w14:textId="0B061F63" w:rsidR="00FB6FD8" w:rsidRDefault="00FB6FD8" w:rsidP="00FB6FD8">
      <w:r>
        <w:t xml:space="preserve"> _________(Initials) </w:t>
      </w:r>
      <w:r w:rsidRPr="00BC5698">
        <w:t xml:space="preserve">Client Acknowledgment </w:t>
      </w:r>
      <w:r>
        <w:t xml:space="preserve">of </w:t>
      </w:r>
      <w:r w:rsidRPr="00BC5698">
        <w:t>Liability Waiver</w:t>
      </w:r>
      <w:r>
        <w:t xml:space="preserve"> Form</w:t>
      </w:r>
    </w:p>
    <w:p w14:paraId="17F4DE70" w14:textId="77777777" w:rsidR="00FB6FD8" w:rsidRDefault="00FB6FD8" w:rsidP="00FB6FD8"/>
    <w:p w14:paraId="7A97A3EA" w14:textId="77777777" w:rsidR="00FB6FD8" w:rsidRDefault="00FB6FD8" w:rsidP="00FB6FD8">
      <w:r>
        <w:t>The medical equipment provided by AMAL is offered "as is" and without any warranties, express or implied.</w:t>
      </w:r>
      <w:r>
        <w:br/>
      </w:r>
      <w:r>
        <w:br/>
        <w:t>By accepting this equipment, you acknowledge that you assume all risks associated with its use. The giver (AMAL) shall not be liable for any injuries, damages, or adverse effects arising from the use or misuse of this equipment.</w:t>
      </w:r>
      <w:r>
        <w:br/>
      </w:r>
      <w:r>
        <w:br/>
        <w:t>It is strongly recommended that you consult a licensed healthcare professional before using any medical equipment provided by AMAL.</w:t>
      </w:r>
    </w:p>
    <w:p w14:paraId="26783914" w14:textId="77777777" w:rsidR="00FB6FD8" w:rsidRDefault="00FB6FD8" w:rsidP="00FB6FD8">
      <w:r>
        <w:t>By signing below, you confirm that you have read, understood, and voluntarily accept the terms outlined in this release.</w:t>
      </w:r>
    </w:p>
    <w:p w14:paraId="6D326B7C" w14:textId="77777777" w:rsidR="00FB6FD8" w:rsidRDefault="00FB6FD8" w:rsidP="00FB6FD8"/>
    <w:p w14:paraId="671E4E5E" w14:textId="03C39CE1" w:rsidR="00FB6FD8" w:rsidRDefault="00FB6FD8" w:rsidP="00FB6FD8">
      <w:bookmarkStart w:id="0" w:name="_Hlk206065962"/>
      <w:r>
        <w:t>Client Print Name: ______________________________________</w:t>
      </w:r>
      <w:bookmarkEnd w:id="0"/>
      <w:r w:rsidR="00801029">
        <w:t>_____________________</w:t>
      </w:r>
    </w:p>
    <w:p w14:paraId="10B151FB" w14:textId="0266199E" w:rsidR="00FB6FD8" w:rsidRDefault="00FB6FD8" w:rsidP="00FB6FD8">
      <w:r>
        <w:t>Client Signature: ________________________________________</w:t>
      </w:r>
      <w:r w:rsidR="00801029">
        <w:t>_____________________</w:t>
      </w:r>
      <w:r>
        <w:t>_</w:t>
      </w:r>
    </w:p>
    <w:p w14:paraId="7DA2C35A" w14:textId="21F16684" w:rsidR="00FB6FD8" w:rsidRDefault="00FB6FD8" w:rsidP="00FB6FD8">
      <w:r>
        <w:t>P.O.A Print Name</w:t>
      </w:r>
      <w:bookmarkStart w:id="1" w:name="_Hlk206066088"/>
      <w:r>
        <w:t>: ____________________________________</w:t>
      </w:r>
      <w:r w:rsidR="00801029">
        <w:t>_____________________</w:t>
      </w:r>
      <w:r>
        <w:t>__</w:t>
      </w:r>
      <w:bookmarkEnd w:id="1"/>
    </w:p>
    <w:p w14:paraId="682D443C" w14:textId="44F69E90" w:rsidR="00FB6FD8" w:rsidRDefault="00FB6FD8" w:rsidP="00FB6FD8">
      <w:r>
        <w:t>P.O.A Signature: __________________________________</w:t>
      </w:r>
      <w:r w:rsidR="00801029">
        <w:t>_____________________</w:t>
      </w:r>
      <w:r>
        <w:t>____</w:t>
      </w:r>
    </w:p>
    <w:p w14:paraId="2B9FAB68" w14:textId="77777777" w:rsidR="00FB6FD8" w:rsidRDefault="00FB6FD8" w:rsidP="00FB6FD8">
      <w:r>
        <w:t>Date: ____________________________________________</w:t>
      </w:r>
    </w:p>
    <w:p w14:paraId="277F870E" w14:textId="442DC52A" w:rsidR="00FB6FD8" w:rsidRDefault="00FB6FD8" w:rsidP="00FB6FD8">
      <w:r>
        <w:t>Admin: ___________________________________</w:t>
      </w:r>
      <w:r w:rsidR="00801029">
        <w:t>_____________________</w:t>
      </w:r>
      <w:r>
        <w:t>__</w:t>
      </w:r>
    </w:p>
    <w:p w14:paraId="67B75C73" w14:textId="77777777" w:rsidR="00FB6FD8" w:rsidRDefault="00FB6FD8" w:rsidP="00FB6FD8"/>
    <w:p w14:paraId="0EFC3C06" w14:textId="77777777" w:rsidR="00FB6FD8" w:rsidRDefault="00FB6FD8"/>
    <w:sectPr w:rsidR="00FB6FD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732726287">
    <w:abstractNumId w:val="8"/>
  </w:num>
  <w:num w:numId="2" w16cid:durableId="643629223">
    <w:abstractNumId w:val="6"/>
  </w:num>
  <w:num w:numId="3" w16cid:durableId="1412582190">
    <w:abstractNumId w:val="5"/>
  </w:num>
  <w:num w:numId="4" w16cid:durableId="395012440">
    <w:abstractNumId w:val="4"/>
  </w:num>
  <w:num w:numId="5" w16cid:durableId="1238903771">
    <w:abstractNumId w:val="7"/>
  </w:num>
  <w:num w:numId="6" w16cid:durableId="518004810">
    <w:abstractNumId w:val="3"/>
  </w:num>
  <w:num w:numId="7" w16cid:durableId="158547678">
    <w:abstractNumId w:val="2"/>
  </w:num>
  <w:num w:numId="8" w16cid:durableId="765614247">
    <w:abstractNumId w:val="1"/>
  </w:num>
  <w:num w:numId="9" w16cid:durableId="7958310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C632A"/>
    <w:rsid w:val="0015074B"/>
    <w:rsid w:val="0029639D"/>
    <w:rsid w:val="00307451"/>
    <w:rsid w:val="00325B81"/>
    <w:rsid w:val="00326F90"/>
    <w:rsid w:val="004363D5"/>
    <w:rsid w:val="004E5C5F"/>
    <w:rsid w:val="00502618"/>
    <w:rsid w:val="006B4A9A"/>
    <w:rsid w:val="00801029"/>
    <w:rsid w:val="00863AFF"/>
    <w:rsid w:val="00A227EA"/>
    <w:rsid w:val="00AA1D8D"/>
    <w:rsid w:val="00AA7D6B"/>
    <w:rsid w:val="00AD2FBE"/>
    <w:rsid w:val="00B21172"/>
    <w:rsid w:val="00B47730"/>
    <w:rsid w:val="00BC5698"/>
    <w:rsid w:val="00CB0664"/>
    <w:rsid w:val="00EA3D43"/>
    <w:rsid w:val="00F26A9B"/>
    <w:rsid w:val="00FB6FD8"/>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396597"/>
  <w14:defaultImageDpi w14:val="300"/>
  <w15:docId w15:val="{5DFC5FA2-2DA1-4176-AF65-433ABC437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8096</TotalTime>
  <Pages>2</Pages>
  <Words>346</Words>
  <Characters>1976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2318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Chey Tise</cp:lastModifiedBy>
  <cp:revision>8</cp:revision>
  <dcterms:created xsi:type="dcterms:W3CDTF">2013-12-23T23:15:00Z</dcterms:created>
  <dcterms:modified xsi:type="dcterms:W3CDTF">2025-09-22T19:00:00Z</dcterms:modified>
  <cp:category/>
</cp:coreProperties>
</file>